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Afterschool Club Booking &amp; Registration Form</w:t>
      </w:r>
    </w:p>
    <w:p>
      <w:pPr>
        <w:pStyle w:val="Heading1"/>
      </w:pPr>
      <w:r>
        <w:t>Child's Details</w:t>
      </w:r>
    </w:p>
    <w:p>
      <w:r>
        <w:t>Full Name: ______________________________________</w:t>
      </w:r>
    </w:p>
    <w:p>
      <w:r>
        <w:t>Date of Birth: ____ / ____ / ______</w:t>
      </w:r>
    </w:p>
    <w:p>
      <w:r>
        <w:t>Age: _______</w:t>
      </w:r>
    </w:p>
    <w:p>
      <w:r>
        <w:t>Gender: ☐ Male ☐ Female ☐ Other ☐ Prefer not to say</w:t>
      </w:r>
    </w:p>
    <w:p>
      <w:r>
        <w:t>Address:</w:t>
        <w:br/>
        <w:t>_____________________________________________________</w:t>
        <w:br/>
        <w:t>_____________________________________________________</w:t>
      </w:r>
    </w:p>
    <w:p>
      <w:r>
        <w:t>School Attended: ________________________________</w:t>
      </w:r>
    </w:p>
    <w:p>
      <w:r>
        <w:t>Class/Year: _______________________</w:t>
      </w:r>
    </w:p>
    <w:p>
      <w:r>
        <w:t>Language(s) Spoken at Home: _______________________</w:t>
      </w:r>
    </w:p>
    <w:p>
      <w:pPr>
        <w:pStyle w:val="Heading1"/>
      </w:pPr>
      <w:r>
        <w:t>Family Information</w:t>
      </w:r>
    </w:p>
    <w:p>
      <w:r>
        <w:t>Parent/Guardian 1 Name: ___________________________</w:t>
      </w:r>
    </w:p>
    <w:p>
      <w:r>
        <w:t>Relationship to Child: ___________________________</w:t>
      </w:r>
    </w:p>
    <w:p>
      <w:r>
        <w:t>Phone Number: ___________________________</w:t>
      </w:r>
    </w:p>
    <w:p>
      <w:r>
        <w:t>Email: ___________________________</w:t>
      </w:r>
    </w:p>
    <w:p>
      <w:r>
        <w:t>Parent/Guardian 2 Name (if applicable): ___________________________</w:t>
      </w:r>
    </w:p>
    <w:p>
      <w:r>
        <w:t>Relationship to Child: ___________________________</w:t>
      </w:r>
    </w:p>
    <w:p>
      <w:r>
        <w:t>Phone Number: ___________________________</w:t>
      </w:r>
    </w:p>
    <w:p>
      <w:r>
        <w:t>Email: ___________________________</w:t>
      </w:r>
    </w:p>
    <w:p>
      <w:r>
        <w:t>Names and Ages of Siblings (if any):</w:t>
        <w:br/>
        <w:t>_____________________________________________________</w:t>
      </w:r>
    </w:p>
    <w:p>
      <w:pPr>
        <w:pStyle w:val="Heading1"/>
      </w:pPr>
      <w:r>
        <w:t>Medical &amp; Additional Needs</w:t>
      </w:r>
    </w:p>
    <w:p>
      <w:r>
        <w:t>Does your child have any medical conditions? ☐ Yes ☐ No</w:t>
        <w:br/>
        <w:t>If yes, please provide details:</w:t>
        <w:br/>
        <w:t>_____________________________________________________</w:t>
      </w:r>
    </w:p>
    <w:p>
      <w:r>
        <w:t>Does your child have any allergies? ☐ Yes ☐ No</w:t>
        <w:br/>
        <w:t>If yes, please specify:</w:t>
        <w:br/>
        <w:t>_____________________________________________________</w:t>
      </w:r>
    </w:p>
    <w:p>
      <w:r>
        <w:t>Does your child have any special educational needs or additional support needs? ☐ Yes ☐ No</w:t>
        <w:br/>
        <w:t>If yes, please provide details:</w:t>
        <w:br/>
        <w:t>_____________________________________________________</w:t>
      </w:r>
    </w:p>
    <w:p>
      <w:r>
        <w:t>Is your child currently receiving support from an SNA (Special Needs Assistant) at school? ☐ Yes ☐ No</w:t>
        <w:br/>
        <w:t>If yes, please explain:</w:t>
        <w:br/>
        <w:t>_____________________________________________________</w:t>
      </w:r>
    </w:p>
    <w:p>
      <w:r>
        <w:t>Is your child currently undergoing any assessments (e.g. educational, psychological, speech &amp; language)? ☐ Yes ☐ No</w:t>
        <w:br/>
        <w:t>If yes, please provide details:</w:t>
        <w:br/>
        <w:t>_____________________________________________________</w:t>
      </w:r>
    </w:p>
    <w:p>
      <w:r>
        <w:t>Are there any other circumstances or information we should be aware of to better support your child (e.g. family circumstances, behavioural notes, emotional well-being)?</w:t>
        <w:br/>
        <w:t>_____________________________________________________</w:t>
        <w:br/>
        <w:t>_____________________________________________________</w:t>
      </w:r>
    </w:p>
    <w:p>
      <w:pPr>
        <w:pStyle w:val="Heading1"/>
      </w:pPr>
      <w:r>
        <w:t>Consent &amp; Agreement</w:t>
      </w:r>
    </w:p>
    <w:p>
      <w:r>
        <w:t>- I confirm that the information provided is accurate and up to date.</w:t>
      </w:r>
    </w:p>
    <w:p>
      <w:r>
        <w:t>- I agree to inform the club of any changes to the above information.</w:t>
      </w:r>
    </w:p>
    <w:p>
      <w:r>
        <w:t>- I understand that my child’s participation in the afterschool club is initially on a trial basis, during which time staff will assess whether the setting is suitable to meet my child’s needs and ensure it is a positive experience for all involved.</w:t>
      </w:r>
    </w:p>
    <w:p>
      <w:r>
        <w:t>- I give permission for the club staff to act in my child’s best interest in case of emergency.</w:t>
      </w:r>
    </w:p>
    <w:p>
      <w:r>
        <w:br/>
        <w:t>Signature of Parent/Guardian: ___________________________</w:t>
      </w:r>
    </w:p>
    <w:p>
      <w:r>
        <w:t>Date: ____ / ____ / 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